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0A96" w14:textId="77777777" w:rsidR="0039091E" w:rsidRPr="003F3EBB" w:rsidRDefault="00000000">
      <w:pPr>
        <w:jc w:val="center"/>
        <w:rPr>
          <w:lang w:val="ru-RU"/>
        </w:rPr>
      </w:pPr>
      <w:r>
        <w:rPr>
          <w:b/>
          <w:sz w:val="32"/>
        </w:rPr>
        <w:t>Privacy</w:t>
      </w:r>
      <w:r w:rsidRPr="003F3EBB">
        <w:rPr>
          <w:b/>
          <w:sz w:val="32"/>
          <w:lang w:val="ru-RU"/>
        </w:rPr>
        <w:t xml:space="preserve"> </w:t>
      </w:r>
      <w:r>
        <w:rPr>
          <w:b/>
          <w:sz w:val="32"/>
        </w:rPr>
        <w:t>Policy</w:t>
      </w:r>
      <w:r w:rsidRPr="003F3EBB">
        <w:rPr>
          <w:b/>
          <w:sz w:val="32"/>
          <w:lang w:val="ru-RU"/>
        </w:rPr>
        <w:t xml:space="preserve"> / Политика конфиденциальности</w:t>
      </w:r>
    </w:p>
    <w:p w14:paraId="3E37F55C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ПОЛИТИКА КОНФИДЕНЦИАЛЬНОСТИ</w:t>
      </w:r>
    </w:p>
    <w:p w14:paraId="59795608" w14:textId="69B407D4" w:rsidR="0039091E" w:rsidRDefault="00000000">
      <w:pPr>
        <w:rPr>
          <w:lang w:val="ru-RU"/>
        </w:rPr>
      </w:pPr>
      <w:r w:rsidRPr="003F3EBB">
        <w:rPr>
          <w:lang w:val="ru-RU"/>
        </w:rPr>
        <w:t>Настоящая Политика конфиденциальности определяет порядок обработки и защиты персональных данных пользователей мобильного приложения (далее — «Приложение»), принадлежащего ИП Бураков</w:t>
      </w:r>
      <w:r w:rsidR="003F3EBB">
        <w:rPr>
          <w:lang w:val="ru-RU"/>
        </w:rPr>
        <w:t xml:space="preserve">у </w:t>
      </w:r>
      <w:r w:rsidRPr="003F3EBB">
        <w:rPr>
          <w:lang w:val="ru-RU"/>
        </w:rPr>
        <w:t>Денис</w:t>
      </w:r>
      <w:r w:rsidR="003F3EBB">
        <w:rPr>
          <w:lang w:val="ru-RU"/>
        </w:rPr>
        <w:t>у</w:t>
      </w:r>
      <w:r w:rsidRPr="003F3EBB">
        <w:rPr>
          <w:lang w:val="ru-RU"/>
        </w:rPr>
        <w:t xml:space="preserve"> Витальевич</w:t>
      </w:r>
      <w:r w:rsidR="003F3EBB">
        <w:rPr>
          <w:lang w:val="ru-RU"/>
        </w:rPr>
        <w:t>у (</w:t>
      </w:r>
      <w:r w:rsidR="003F3EBB" w:rsidRPr="003F3EBB">
        <w:rPr>
          <w:lang w:val="ru-RU"/>
        </w:rPr>
        <w:t xml:space="preserve">ИНН </w:t>
      </w:r>
      <w:r w:rsidR="003F3EBB" w:rsidRPr="003F3EBB">
        <w:rPr>
          <w:rFonts w:ascii="Times New Roman" w:hAnsi="Times New Roman" w:cs="Times New Roman"/>
          <w:lang w:val="ru-RU"/>
        </w:rPr>
        <w:t>772464069465</w:t>
      </w:r>
      <w:r w:rsidR="003F3EBB">
        <w:rPr>
          <w:lang w:val="ru-RU"/>
        </w:rPr>
        <w:t>).</w:t>
      </w:r>
    </w:p>
    <w:p w14:paraId="64B5E90B" w14:textId="77777777" w:rsidR="003F3EBB" w:rsidRPr="003F3EBB" w:rsidRDefault="003F3EBB">
      <w:pPr>
        <w:rPr>
          <w:lang w:val="ru-RU"/>
        </w:rPr>
      </w:pPr>
    </w:p>
    <w:p w14:paraId="0715AD4D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1. ОБЩИЕ ПОЛОЖЕНИЯ</w:t>
      </w:r>
    </w:p>
    <w:p w14:paraId="2D8A648A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1.1. Использование Приложения означает согласие пользователя с настоящей Политикой конфиденциальности.</w:t>
      </w:r>
    </w:p>
    <w:p w14:paraId="78E9BC82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1.2. Оператором персональных данных является ИП Бураков Денис Витальевич.</w:t>
      </w:r>
    </w:p>
    <w:p w14:paraId="08467DB3" w14:textId="77777777" w:rsidR="0039091E" w:rsidRDefault="00000000">
      <w:pPr>
        <w:rPr>
          <w:lang w:val="ru-RU"/>
        </w:rPr>
      </w:pPr>
      <w:r w:rsidRPr="003F3EBB">
        <w:rPr>
          <w:lang w:val="ru-RU"/>
        </w:rPr>
        <w:t>1.3. Политика разработана в соответствии с Федеральным законом РФ №152-ФЗ «О персональных данных».</w:t>
      </w:r>
    </w:p>
    <w:p w14:paraId="3FE78858" w14:textId="77777777" w:rsidR="003F3EBB" w:rsidRPr="003F3EBB" w:rsidRDefault="003F3EBB">
      <w:pPr>
        <w:rPr>
          <w:lang w:val="ru-RU"/>
        </w:rPr>
      </w:pPr>
    </w:p>
    <w:p w14:paraId="2262E0A6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2. КАКИЕ ДАННЫЕ СОБИРАЮТСЯ</w:t>
      </w:r>
    </w:p>
    <w:p w14:paraId="2FCC75F8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Приложение может собирать и обрабатывать следующие данные:</w:t>
      </w:r>
    </w:p>
    <w:p w14:paraId="51D678B8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— имя пользователя;</w:t>
      </w:r>
    </w:p>
    <w:p w14:paraId="2BE20B94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— номер телефона;</w:t>
      </w:r>
    </w:p>
    <w:p w14:paraId="19E2F35A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— адрес электронной почты;</w:t>
      </w:r>
    </w:p>
    <w:p w14:paraId="329E7B38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 xml:space="preserve">— </w:t>
      </w:r>
      <w:r>
        <w:t>IP</w:t>
      </w:r>
      <w:r w:rsidRPr="003F3EBB">
        <w:rPr>
          <w:lang w:val="ru-RU"/>
        </w:rPr>
        <w:t>-адрес;</w:t>
      </w:r>
    </w:p>
    <w:p w14:paraId="04E9DDAD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— адрес доставки;</w:t>
      </w:r>
    </w:p>
    <w:p w14:paraId="1AE9F085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— сведения о заказах;</w:t>
      </w:r>
    </w:p>
    <w:p w14:paraId="1BBCDA69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— сообщения, отправленные через чат или формы связи;</w:t>
      </w:r>
    </w:p>
    <w:p w14:paraId="3713BB8C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— технические данные устройства и данные об использовании приложения.</w:t>
      </w:r>
    </w:p>
    <w:p w14:paraId="0B0EB5B1" w14:textId="77777777" w:rsidR="0039091E" w:rsidRPr="003F3EBB" w:rsidRDefault="0039091E">
      <w:pPr>
        <w:rPr>
          <w:lang w:val="ru-RU"/>
        </w:rPr>
      </w:pPr>
    </w:p>
    <w:p w14:paraId="5F0501DC" w14:textId="31BA2FC7" w:rsidR="0039091E" w:rsidRPr="003F3EBB" w:rsidRDefault="00000000">
      <w:pPr>
        <w:rPr>
          <w:lang w:val="ru-RU"/>
        </w:rPr>
      </w:pPr>
      <w:r w:rsidRPr="003F3EBB">
        <w:rPr>
          <w:lang w:val="ru-RU"/>
        </w:rPr>
        <w:t>3. ЦЕЛИ ОБРАБОТКИ ДАННЫХ</w:t>
      </w:r>
    </w:p>
    <w:p w14:paraId="5E25502D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Персональные данные обрабатываются для:</w:t>
      </w:r>
    </w:p>
    <w:p w14:paraId="017EE163" w14:textId="77777777" w:rsidR="003F3EBB" w:rsidRDefault="00000000">
      <w:pPr>
        <w:rPr>
          <w:lang w:val="ru-RU"/>
        </w:rPr>
      </w:pPr>
      <w:r w:rsidRPr="003F3EBB">
        <w:rPr>
          <w:lang w:val="ru-RU"/>
        </w:rPr>
        <w:t>— регистрации и авторизации пользователя;</w:t>
      </w:r>
    </w:p>
    <w:p w14:paraId="05B5B638" w14:textId="5BFFDAEF" w:rsidR="0039091E" w:rsidRPr="003F3EBB" w:rsidRDefault="00000000">
      <w:pPr>
        <w:rPr>
          <w:lang w:val="ru-RU"/>
        </w:rPr>
      </w:pPr>
      <w:r w:rsidRPr="003F3EBB">
        <w:rPr>
          <w:lang w:val="ru-RU"/>
        </w:rPr>
        <w:lastRenderedPageBreak/>
        <w:t>— оформления и обработки заказов;</w:t>
      </w:r>
    </w:p>
    <w:p w14:paraId="271C37D8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— связи с пользователем;</w:t>
      </w:r>
    </w:p>
    <w:p w14:paraId="00972779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— отправки уведомлений о статусе заказа;</w:t>
      </w:r>
    </w:p>
    <w:p w14:paraId="41D203CE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— технической поддержки;</w:t>
      </w:r>
    </w:p>
    <w:p w14:paraId="30E8CE2E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— улучшения работы Приложения;</w:t>
      </w:r>
    </w:p>
    <w:p w14:paraId="6E3A7F91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— соблюдения требований законодательства РФ.</w:t>
      </w:r>
    </w:p>
    <w:p w14:paraId="553CDB1B" w14:textId="77777777" w:rsidR="0039091E" w:rsidRPr="003F3EBB" w:rsidRDefault="0039091E">
      <w:pPr>
        <w:rPr>
          <w:lang w:val="ru-RU"/>
        </w:rPr>
      </w:pPr>
    </w:p>
    <w:p w14:paraId="321F9195" w14:textId="7B994F47" w:rsidR="0039091E" w:rsidRPr="003F3EBB" w:rsidRDefault="00000000">
      <w:pPr>
        <w:rPr>
          <w:lang w:val="ru-RU"/>
        </w:rPr>
      </w:pPr>
      <w:r w:rsidRPr="003F3EBB">
        <w:rPr>
          <w:lang w:val="ru-RU"/>
        </w:rPr>
        <w:t>4. УВЕДОМЛЕНИЯ</w:t>
      </w:r>
    </w:p>
    <w:p w14:paraId="0020C17F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 xml:space="preserve">Пользователь соглашается на получение </w:t>
      </w:r>
      <w:r>
        <w:t>push</w:t>
      </w:r>
      <w:r w:rsidRPr="003F3EBB">
        <w:rPr>
          <w:lang w:val="ru-RU"/>
        </w:rPr>
        <w:t>-уведомлений, связанных со статусом заказа, сервисными уведомлениями и напоминаниями.</w:t>
      </w:r>
    </w:p>
    <w:p w14:paraId="03ABD9BE" w14:textId="77777777" w:rsidR="0039091E" w:rsidRPr="003F3EBB" w:rsidRDefault="0039091E">
      <w:pPr>
        <w:rPr>
          <w:lang w:val="ru-RU"/>
        </w:rPr>
      </w:pPr>
    </w:p>
    <w:p w14:paraId="72CCEEC4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5. ПЕРЕДАЧА ДАННЫХ ТРЕТЬИМ ЛИЦАМ</w:t>
      </w:r>
    </w:p>
    <w:p w14:paraId="42CA2EDC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Оператор не передает персональные данные третьим лицам, за исключением случаев:</w:t>
      </w:r>
    </w:p>
    <w:p w14:paraId="617489A2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— предусмотренных законодательством РФ;</w:t>
      </w:r>
    </w:p>
    <w:p w14:paraId="4ED0F247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— необходимых для выполнения заказа или функционирования Приложения.</w:t>
      </w:r>
    </w:p>
    <w:p w14:paraId="40EB733F" w14:textId="77777777" w:rsidR="0039091E" w:rsidRPr="003F3EBB" w:rsidRDefault="0039091E">
      <w:pPr>
        <w:rPr>
          <w:lang w:val="ru-RU"/>
        </w:rPr>
      </w:pPr>
    </w:p>
    <w:p w14:paraId="23B10F7B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6. ЗАЩИТА ДАННЫХ</w:t>
      </w:r>
    </w:p>
    <w:p w14:paraId="05776132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Оператор принимает необходимые организационные и технические меры для защиты персональных данных от неправомерного доступа, изменения, раскрытия или уничтожения.</w:t>
      </w:r>
    </w:p>
    <w:p w14:paraId="4FD87E26" w14:textId="77777777" w:rsidR="0039091E" w:rsidRPr="003F3EBB" w:rsidRDefault="0039091E">
      <w:pPr>
        <w:rPr>
          <w:lang w:val="ru-RU"/>
        </w:rPr>
      </w:pPr>
    </w:p>
    <w:p w14:paraId="3F6C607B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7. ХРАНЕНИЕ ДАННЫХ</w:t>
      </w:r>
    </w:p>
    <w:p w14:paraId="07B85EC8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Персональные данные хранятся в течение срока, необходимого для достижения целей обработки данных, либо в сроки, предусмотренные законодательством РФ.</w:t>
      </w:r>
    </w:p>
    <w:p w14:paraId="4718C3F8" w14:textId="77777777" w:rsidR="0039091E" w:rsidRPr="003F3EBB" w:rsidRDefault="0039091E">
      <w:pPr>
        <w:rPr>
          <w:lang w:val="ru-RU"/>
        </w:rPr>
      </w:pPr>
    </w:p>
    <w:p w14:paraId="613E87D1" w14:textId="77777777" w:rsidR="003F3EBB" w:rsidRDefault="00000000">
      <w:pPr>
        <w:rPr>
          <w:lang w:val="ru-RU"/>
        </w:rPr>
      </w:pPr>
      <w:r w:rsidRPr="003F3EBB">
        <w:rPr>
          <w:lang w:val="ru-RU"/>
        </w:rPr>
        <w:t>8. УДАЛЕНИЕ АККАУНТА</w:t>
      </w:r>
    </w:p>
    <w:p w14:paraId="48A489B8" w14:textId="338900A2" w:rsidR="0039091E" w:rsidRPr="003F3EBB" w:rsidRDefault="00000000">
      <w:pPr>
        <w:rPr>
          <w:lang w:val="ru-RU"/>
        </w:rPr>
      </w:pPr>
      <w:r w:rsidRPr="003F3EBB">
        <w:rPr>
          <w:lang w:val="ru-RU"/>
        </w:rPr>
        <w:lastRenderedPageBreak/>
        <w:t>Пользователь имеет право удалить свой аккаунт и связанные персональные данные через функционал Приложения либо путем обращения на электронную почту:</w:t>
      </w:r>
      <w:r w:rsidR="003F3EBB">
        <w:rPr>
          <w:lang w:val="ru-RU"/>
        </w:rPr>
        <w:t xml:space="preserve"> </w:t>
      </w:r>
      <w:proofErr w:type="spellStart"/>
      <w:r w:rsidR="003F3EBB">
        <w:t>D</w:t>
      </w:r>
      <w:r>
        <w:t>isantiPro</w:t>
      </w:r>
      <w:proofErr w:type="spellEnd"/>
      <w:r w:rsidRPr="003F3EBB">
        <w:rPr>
          <w:lang w:val="ru-RU"/>
        </w:rPr>
        <w:t>@</w:t>
      </w:r>
      <w:proofErr w:type="spellStart"/>
      <w:r>
        <w:t>yandex</w:t>
      </w:r>
      <w:proofErr w:type="spellEnd"/>
      <w:r w:rsidRPr="003F3EBB">
        <w:rPr>
          <w:lang w:val="ru-RU"/>
        </w:rPr>
        <w:t>.</w:t>
      </w:r>
      <w:proofErr w:type="spellStart"/>
      <w:r>
        <w:t>ru</w:t>
      </w:r>
      <w:proofErr w:type="spellEnd"/>
    </w:p>
    <w:p w14:paraId="6B442817" w14:textId="77777777" w:rsidR="0039091E" w:rsidRPr="003F3EBB" w:rsidRDefault="0039091E">
      <w:pPr>
        <w:rPr>
          <w:lang w:val="ru-RU"/>
        </w:rPr>
      </w:pPr>
    </w:p>
    <w:p w14:paraId="30C2E8CD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9. ОТВЕТСТВЕННОСТЬ</w:t>
      </w:r>
    </w:p>
    <w:p w14:paraId="3667D211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Оператор не несет ответственности за временные сбои и перерывы в работе Приложения, вызванные техническими причинами.</w:t>
      </w:r>
    </w:p>
    <w:p w14:paraId="47F29856" w14:textId="77777777" w:rsidR="0039091E" w:rsidRPr="003F3EBB" w:rsidRDefault="0039091E">
      <w:pPr>
        <w:rPr>
          <w:lang w:val="ru-RU"/>
        </w:rPr>
      </w:pPr>
    </w:p>
    <w:p w14:paraId="40CB03FE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10. ИЗМЕНЕНИЯ ПОЛИТИКИ</w:t>
      </w:r>
    </w:p>
    <w:p w14:paraId="0886CB9C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Оператор вправе изменять настоящую Политику без предварительного уведомления пользователей.</w:t>
      </w:r>
    </w:p>
    <w:p w14:paraId="363DC55D" w14:textId="77777777" w:rsidR="0039091E" w:rsidRPr="003F3EBB" w:rsidRDefault="0039091E">
      <w:pPr>
        <w:rPr>
          <w:lang w:val="ru-RU"/>
        </w:rPr>
      </w:pPr>
    </w:p>
    <w:p w14:paraId="7AC94245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11. КОНТАКТЫ</w:t>
      </w:r>
    </w:p>
    <w:p w14:paraId="23D0661C" w14:textId="77777777" w:rsidR="0039091E" w:rsidRPr="003F3EBB" w:rsidRDefault="00000000">
      <w:pPr>
        <w:rPr>
          <w:lang w:val="ru-RU"/>
        </w:rPr>
      </w:pPr>
      <w:r w:rsidRPr="003F3EBB">
        <w:rPr>
          <w:lang w:val="ru-RU"/>
        </w:rPr>
        <w:t>По всем вопросам, связанным с обработкой персональных данных:</w:t>
      </w:r>
    </w:p>
    <w:p w14:paraId="0CEA0EB3" w14:textId="77777777" w:rsidR="0039091E" w:rsidRDefault="00000000">
      <w:r>
        <w:t>Email: DisantiPro@yandex.ru</w:t>
      </w:r>
    </w:p>
    <w:p w14:paraId="0A42AA4B" w14:textId="77777777" w:rsidR="0039091E" w:rsidRDefault="0039091E"/>
    <w:p w14:paraId="3A8BBABD" w14:textId="77777777" w:rsidR="0039091E" w:rsidRDefault="0039091E"/>
    <w:p w14:paraId="1D87C70B" w14:textId="77777777" w:rsidR="0039091E" w:rsidRDefault="0039091E"/>
    <w:p w14:paraId="036CF035" w14:textId="77777777" w:rsidR="003F3EBB" w:rsidRDefault="003F3EBB"/>
    <w:p w14:paraId="3003983F" w14:textId="77777777" w:rsidR="003F3EBB" w:rsidRDefault="003F3EBB"/>
    <w:p w14:paraId="7EA7A085" w14:textId="77777777" w:rsidR="003F3EBB" w:rsidRDefault="003F3EBB"/>
    <w:p w14:paraId="6D9205C4" w14:textId="77777777" w:rsidR="003F3EBB" w:rsidRDefault="003F3EBB"/>
    <w:p w14:paraId="51DB2F95" w14:textId="77777777" w:rsidR="003F3EBB" w:rsidRDefault="003F3EBB"/>
    <w:p w14:paraId="584F91CE" w14:textId="77777777" w:rsidR="003F3EBB" w:rsidRDefault="003F3EBB"/>
    <w:p w14:paraId="3EFD600F" w14:textId="77777777" w:rsidR="003F3EBB" w:rsidRDefault="003F3EBB"/>
    <w:p w14:paraId="4F9C3A44" w14:textId="77777777" w:rsidR="003F3EBB" w:rsidRDefault="003F3EBB"/>
    <w:p w14:paraId="7B865D07" w14:textId="77777777" w:rsidR="003F3EBB" w:rsidRDefault="003F3EBB"/>
    <w:p w14:paraId="1745115C" w14:textId="77777777" w:rsidR="003F3EBB" w:rsidRDefault="003F3EBB"/>
    <w:p w14:paraId="7CEBB76D" w14:textId="6CABD631" w:rsidR="0039091E" w:rsidRDefault="00000000">
      <w:r>
        <w:lastRenderedPageBreak/>
        <w:t>PRIVACY POLICY</w:t>
      </w:r>
    </w:p>
    <w:p w14:paraId="79E8C6E8" w14:textId="77777777" w:rsidR="0039091E" w:rsidRDefault="0039091E"/>
    <w:p w14:paraId="7223AB4A" w14:textId="77777777" w:rsidR="0039091E" w:rsidRDefault="00000000">
      <w:r>
        <w:t>This Privacy Policy describes the procedure for processing and protecting personal data of users of the mobile application (the “Application”) owned by Individual Entrepreneur Denis Vitalievich Burakov.</w:t>
      </w:r>
    </w:p>
    <w:p w14:paraId="5D6F1D35" w14:textId="77777777" w:rsidR="0039091E" w:rsidRDefault="0039091E"/>
    <w:p w14:paraId="0AC066AE" w14:textId="77777777" w:rsidR="0039091E" w:rsidRDefault="00000000">
      <w:r>
        <w:t>1. GENERAL PROVISIONS</w:t>
      </w:r>
    </w:p>
    <w:p w14:paraId="4F0AE09A" w14:textId="77777777" w:rsidR="0039091E" w:rsidRDefault="00000000">
      <w:r>
        <w:t>1.1. By using the Application, the user agrees to this Privacy Policy.</w:t>
      </w:r>
    </w:p>
    <w:p w14:paraId="03FF41CE" w14:textId="77777777" w:rsidR="0039091E" w:rsidRDefault="00000000">
      <w:r>
        <w:t>1.2. The data operator is Individual Entrepreneur Denis Vitalievich Burakov.</w:t>
      </w:r>
    </w:p>
    <w:p w14:paraId="0983C4C5" w14:textId="77777777" w:rsidR="0039091E" w:rsidRDefault="00000000">
      <w:r>
        <w:t>1.3. This Policy is developed in accordance with the laws of the Russian Federation, including Federal Law No. 152-FZ “On Personal Data”.</w:t>
      </w:r>
    </w:p>
    <w:p w14:paraId="1F206A32" w14:textId="77777777" w:rsidR="0039091E" w:rsidRDefault="0039091E"/>
    <w:p w14:paraId="3996D595" w14:textId="77777777" w:rsidR="0039091E" w:rsidRDefault="00000000">
      <w:r>
        <w:t>2. DATA COLLECTED</w:t>
      </w:r>
    </w:p>
    <w:p w14:paraId="2DBD0D1C" w14:textId="77777777" w:rsidR="0039091E" w:rsidRDefault="00000000">
      <w:r>
        <w:t>The Application may collect and process:</w:t>
      </w:r>
    </w:p>
    <w:p w14:paraId="48ACC9A8" w14:textId="77777777" w:rsidR="0039091E" w:rsidRDefault="00000000">
      <w:r>
        <w:t>— user name;</w:t>
      </w:r>
    </w:p>
    <w:p w14:paraId="27C10DBF" w14:textId="77777777" w:rsidR="0039091E" w:rsidRDefault="00000000">
      <w:r>
        <w:t>— phone number;</w:t>
      </w:r>
    </w:p>
    <w:p w14:paraId="34391874" w14:textId="77777777" w:rsidR="0039091E" w:rsidRDefault="00000000">
      <w:r>
        <w:t>— email address;</w:t>
      </w:r>
    </w:p>
    <w:p w14:paraId="0D6BD93C" w14:textId="77777777" w:rsidR="0039091E" w:rsidRDefault="00000000">
      <w:r>
        <w:t>— IP address;</w:t>
      </w:r>
    </w:p>
    <w:p w14:paraId="7D798405" w14:textId="77777777" w:rsidR="0039091E" w:rsidRDefault="00000000">
      <w:r>
        <w:t>— delivery address;</w:t>
      </w:r>
    </w:p>
    <w:p w14:paraId="39CAC0FB" w14:textId="77777777" w:rsidR="0039091E" w:rsidRDefault="00000000">
      <w:r>
        <w:t>— order information;</w:t>
      </w:r>
    </w:p>
    <w:p w14:paraId="325A3F1E" w14:textId="77777777" w:rsidR="0039091E" w:rsidRDefault="00000000">
      <w:r>
        <w:t>— messages sent through chat or contact forms;</w:t>
      </w:r>
    </w:p>
    <w:p w14:paraId="4B3424E2" w14:textId="77777777" w:rsidR="0039091E" w:rsidRDefault="00000000">
      <w:r>
        <w:t>— technical device and usage data.</w:t>
      </w:r>
    </w:p>
    <w:p w14:paraId="2A77DAC7" w14:textId="77777777" w:rsidR="0039091E" w:rsidRDefault="0039091E"/>
    <w:p w14:paraId="5310D49E" w14:textId="77777777" w:rsidR="0039091E" w:rsidRDefault="00000000">
      <w:r>
        <w:t>3. PURPOSES OF DATA PROCESSING</w:t>
      </w:r>
    </w:p>
    <w:p w14:paraId="32818775" w14:textId="77777777" w:rsidR="0039091E" w:rsidRDefault="00000000">
      <w:r>
        <w:t>Personal data is processed for:</w:t>
      </w:r>
    </w:p>
    <w:p w14:paraId="2E365884" w14:textId="77777777" w:rsidR="0039091E" w:rsidRDefault="00000000">
      <w:r>
        <w:t>— user registration and authorization;</w:t>
      </w:r>
    </w:p>
    <w:p w14:paraId="75EE7E97" w14:textId="77777777" w:rsidR="0039091E" w:rsidRDefault="00000000">
      <w:r>
        <w:t>— order processing;</w:t>
      </w:r>
    </w:p>
    <w:p w14:paraId="597B615D" w14:textId="77777777" w:rsidR="0039091E" w:rsidRDefault="00000000">
      <w:r>
        <w:lastRenderedPageBreak/>
        <w:t>— communication with users;</w:t>
      </w:r>
    </w:p>
    <w:p w14:paraId="6D530606" w14:textId="77777777" w:rsidR="0039091E" w:rsidRDefault="00000000">
      <w:r>
        <w:t>— sending order status notifications;</w:t>
      </w:r>
    </w:p>
    <w:p w14:paraId="251AFAD5" w14:textId="77777777" w:rsidR="0039091E" w:rsidRDefault="00000000">
      <w:r>
        <w:t>— technical support;</w:t>
      </w:r>
    </w:p>
    <w:p w14:paraId="17159160" w14:textId="77777777" w:rsidR="0039091E" w:rsidRDefault="00000000">
      <w:r>
        <w:t>— improving the Application;</w:t>
      </w:r>
    </w:p>
    <w:p w14:paraId="3176DB1B" w14:textId="77777777" w:rsidR="0039091E" w:rsidRDefault="00000000">
      <w:r>
        <w:t>— compliance with Russian legislation.</w:t>
      </w:r>
    </w:p>
    <w:p w14:paraId="37C05C5F" w14:textId="77777777" w:rsidR="0039091E" w:rsidRDefault="0039091E"/>
    <w:p w14:paraId="69A47FE0" w14:textId="77777777" w:rsidR="0039091E" w:rsidRDefault="00000000">
      <w:r>
        <w:t>4. NOTIFICATIONS</w:t>
      </w:r>
    </w:p>
    <w:p w14:paraId="084DB126" w14:textId="77777777" w:rsidR="0039091E" w:rsidRDefault="00000000">
      <w:r>
        <w:t>The user agrees to receive push notifications related to order status, reminders, and service notifications.</w:t>
      </w:r>
    </w:p>
    <w:p w14:paraId="2791C0AB" w14:textId="77777777" w:rsidR="0039091E" w:rsidRDefault="0039091E"/>
    <w:p w14:paraId="1D992D00" w14:textId="77777777" w:rsidR="0039091E" w:rsidRDefault="00000000">
      <w:r>
        <w:t>5. DATA SHARING</w:t>
      </w:r>
    </w:p>
    <w:p w14:paraId="39E21DF0" w14:textId="77777777" w:rsidR="0039091E" w:rsidRDefault="00000000">
      <w:r>
        <w:t>Personal data is not transferred to third parties except:</w:t>
      </w:r>
    </w:p>
    <w:p w14:paraId="32A35A54" w14:textId="77777777" w:rsidR="0039091E" w:rsidRDefault="00000000">
      <w:r>
        <w:t>— when required by Russian law;</w:t>
      </w:r>
    </w:p>
    <w:p w14:paraId="3FCD0FB3" w14:textId="77777777" w:rsidR="0039091E" w:rsidRDefault="00000000">
      <w:r>
        <w:t>— when necessary for order fulfillment or Application functionality.</w:t>
      </w:r>
    </w:p>
    <w:p w14:paraId="38E00EEF" w14:textId="77777777" w:rsidR="0039091E" w:rsidRDefault="0039091E"/>
    <w:p w14:paraId="06A9B68D" w14:textId="77777777" w:rsidR="0039091E" w:rsidRDefault="00000000">
      <w:r>
        <w:t>6. DATA PROTECTION</w:t>
      </w:r>
    </w:p>
    <w:p w14:paraId="4E0E7D1C" w14:textId="77777777" w:rsidR="0039091E" w:rsidRDefault="00000000">
      <w:r>
        <w:t>The operator takes necessary organizational and technical measures to protect personal data.</w:t>
      </w:r>
    </w:p>
    <w:p w14:paraId="1CE2838D" w14:textId="77777777" w:rsidR="0039091E" w:rsidRDefault="0039091E"/>
    <w:p w14:paraId="38DD6CAC" w14:textId="77777777" w:rsidR="0039091E" w:rsidRDefault="00000000">
      <w:r>
        <w:t>7. DATA STORAGE</w:t>
      </w:r>
    </w:p>
    <w:p w14:paraId="6751A3FE" w14:textId="77777777" w:rsidR="0039091E" w:rsidRDefault="00000000">
      <w:r>
        <w:t>Personal data is stored for the period necessary to achieve processing purposes or as required by Russian law.</w:t>
      </w:r>
    </w:p>
    <w:p w14:paraId="420D40BB" w14:textId="77777777" w:rsidR="0039091E" w:rsidRDefault="0039091E"/>
    <w:p w14:paraId="117930A2" w14:textId="77777777" w:rsidR="0039091E" w:rsidRDefault="00000000">
      <w:r>
        <w:t>8. ACCOUNT DELETION</w:t>
      </w:r>
    </w:p>
    <w:p w14:paraId="7900BEBB" w14:textId="77777777" w:rsidR="0039091E" w:rsidRDefault="00000000">
      <w:r>
        <w:t>Users may delete their account and personal data through the Application or by contacting:</w:t>
      </w:r>
    </w:p>
    <w:p w14:paraId="2CA20817" w14:textId="77777777" w:rsidR="0039091E" w:rsidRDefault="00000000">
      <w:r>
        <w:t>DisantiPro@yandex.ru</w:t>
      </w:r>
    </w:p>
    <w:p w14:paraId="5F1D3372" w14:textId="77777777" w:rsidR="0039091E" w:rsidRDefault="0039091E"/>
    <w:p w14:paraId="7E4B7520" w14:textId="77777777" w:rsidR="0039091E" w:rsidRDefault="00000000">
      <w:r>
        <w:lastRenderedPageBreak/>
        <w:t>9. LIABILITY</w:t>
      </w:r>
    </w:p>
    <w:p w14:paraId="3EC12EA0" w14:textId="77777777" w:rsidR="0039091E" w:rsidRDefault="00000000">
      <w:r>
        <w:t>The operator is not liable for temporary failures or interruptions caused by technical reasons.</w:t>
      </w:r>
    </w:p>
    <w:p w14:paraId="14267FB4" w14:textId="77777777" w:rsidR="0039091E" w:rsidRDefault="0039091E"/>
    <w:p w14:paraId="23FDCC1F" w14:textId="77777777" w:rsidR="0039091E" w:rsidRDefault="00000000">
      <w:r>
        <w:t>10. POLICY CHANGES</w:t>
      </w:r>
    </w:p>
    <w:p w14:paraId="5D74F9A5" w14:textId="77777777" w:rsidR="0039091E" w:rsidRDefault="00000000">
      <w:r>
        <w:t>The operator may update this Policy without prior notice.</w:t>
      </w:r>
    </w:p>
    <w:p w14:paraId="6B9A10CC" w14:textId="77777777" w:rsidR="0039091E" w:rsidRDefault="0039091E"/>
    <w:p w14:paraId="1083447E" w14:textId="77777777" w:rsidR="0039091E" w:rsidRDefault="00000000">
      <w:r>
        <w:t>11. CONTACTS</w:t>
      </w:r>
    </w:p>
    <w:p w14:paraId="44CC0D13" w14:textId="77777777" w:rsidR="0039091E" w:rsidRDefault="00000000">
      <w:r>
        <w:t>For all privacy-related questions:</w:t>
      </w:r>
    </w:p>
    <w:p w14:paraId="631E605A" w14:textId="77777777" w:rsidR="0039091E" w:rsidRDefault="00000000">
      <w:r>
        <w:t>Email: DisantiPro@yandex.ru</w:t>
      </w:r>
    </w:p>
    <w:sectPr w:rsidR="0039091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82988615">
    <w:abstractNumId w:val="8"/>
  </w:num>
  <w:num w:numId="2" w16cid:durableId="713113551">
    <w:abstractNumId w:val="6"/>
  </w:num>
  <w:num w:numId="3" w16cid:durableId="275062945">
    <w:abstractNumId w:val="5"/>
  </w:num>
  <w:num w:numId="4" w16cid:durableId="1449087454">
    <w:abstractNumId w:val="4"/>
  </w:num>
  <w:num w:numId="5" w16cid:durableId="1827086968">
    <w:abstractNumId w:val="7"/>
  </w:num>
  <w:num w:numId="6" w16cid:durableId="957760148">
    <w:abstractNumId w:val="3"/>
  </w:num>
  <w:num w:numId="7" w16cid:durableId="1217006933">
    <w:abstractNumId w:val="2"/>
  </w:num>
  <w:num w:numId="8" w16cid:durableId="2053310175">
    <w:abstractNumId w:val="1"/>
  </w:num>
  <w:num w:numId="9" w16cid:durableId="14824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9091E"/>
    <w:rsid w:val="003F3EBB"/>
    <w:rsid w:val="006B202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C3D6BB"/>
  <w14:defaultImageDpi w14:val="300"/>
  <w15:docId w15:val="{97BDEDD5-30B6-0440-ADC0-244C754F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Marina Gering</cp:lastModifiedBy>
  <cp:revision>2</cp:revision>
  <dcterms:created xsi:type="dcterms:W3CDTF">2026-05-27T09:32:00Z</dcterms:created>
  <dcterms:modified xsi:type="dcterms:W3CDTF">2026-05-27T09:32:00Z</dcterms:modified>
  <cp:category/>
</cp:coreProperties>
</file>