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9E350" w14:textId="77777777" w:rsidR="002802C4" w:rsidRPr="001A075A" w:rsidRDefault="00000000">
      <w:pPr>
        <w:jc w:val="center"/>
        <w:rPr>
          <w:lang w:val="ru-RU"/>
        </w:rPr>
      </w:pPr>
      <w:r>
        <w:rPr>
          <w:b/>
          <w:sz w:val="32"/>
        </w:rPr>
        <w:t>Terms</w:t>
      </w:r>
      <w:r w:rsidRPr="001A075A">
        <w:rPr>
          <w:b/>
          <w:sz w:val="32"/>
          <w:lang w:val="ru-RU"/>
        </w:rPr>
        <w:t xml:space="preserve"> </w:t>
      </w:r>
      <w:r>
        <w:rPr>
          <w:b/>
          <w:sz w:val="32"/>
        </w:rPr>
        <w:t>of</w:t>
      </w:r>
      <w:r w:rsidRPr="001A075A">
        <w:rPr>
          <w:b/>
          <w:sz w:val="32"/>
          <w:lang w:val="ru-RU"/>
        </w:rPr>
        <w:t xml:space="preserve"> </w:t>
      </w:r>
      <w:r>
        <w:rPr>
          <w:b/>
          <w:sz w:val="32"/>
        </w:rPr>
        <w:t>Use</w:t>
      </w:r>
      <w:r w:rsidRPr="001A075A">
        <w:rPr>
          <w:b/>
          <w:sz w:val="32"/>
          <w:lang w:val="ru-RU"/>
        </w:rPr>
        <w:t xml:space="preserve"> / Пользовательское соглашение</w:t>
      </w:r>
    </w:p>
    <w:p w14:paraId="01F252A0" w14:textId="77777777" w:rsidR="002802C4" w:rsidRPr="001A075A" w:rsidRDefault="00000000">
      <w:pPr>
        <w:rPr>
          <w:lang w:val="ru-RU"/>
        </w:rPr>
      </w:pPr>
      <w:r w:rsidRPr="001A075A">
        <w:rPr>
          <w:lang w:val="ru-RU"/>
        </w:rPr>
        <w:t>ПОЛЬЗОВАТЕЛЬСКОЕ СОГЛАШЕНИЕ</w:t>
      </w:r>
    </w:p>
    <w:p w14:paraId="05F20CE5" w14:textId="772ED21A" w:rsidR="002802C4" w:rsidRDefault="00000000">
      <w:pPr>
        <w:rPr>
          <w:lang w:val="ru-RU"/>
        </w:rPr>
      </w:pPr>
      <w:r w:rsidRPr="001A075A">
        <w:rPr>
          <w:lang w:val="ru-RU"/>
        </w:rPr>
        <w:t>Настоящее Пользовательское соглашение регулирует порядок использования мобильного приложения (далее — «Приложение»), принадлежащего ИП Бураков Денис Витальевич</w:t>
      </w:r>
      <w:r w:rsidR="001A075A">
        <w:rPr>
          <w:lang w:val="ru-RU"/>
        </w:rPr>
        <w:t xml:space="preserve"> </w:t>
      </w:r>
      <w:r w:rsidR="001A075A">
        <w:rPr>
          <w:lang w:val="ru-RU"/>
        </w:rPr>
        <w:t>(</w:t>
      </w:r>
      <w:r w:rsidR="001A075A" w:rsidRPr="003F3EBB">
        <w:rPr>
          <w:lang w:val="ru-RU"/>
        </w:rPr>
        <w:t xml:space="preserve">ИНН </w:t>
      </w:r>
      <w:r w:rsidR="001A075A" w:rsidRPr="003F3EBB">
        <w:rPr>
          <w:rFonts w:ascii="Times New Roman" w:hAnsi="Times New Roman" w:cs="Times New Roman"/>
          <w:lang w:val="ru-RU"/>
        </w:rPr>
        <w:t>772464069465</w:t>
      </w:r>
      <w:r w:rsidR="001A075A">
        <w:rPr>
          <w:lang w:val="ru-RU"/>
        </w:rPr>
        <w:t>).</w:t>
      </w:r>
    </w:p>
    <w:p w14:paraId="563AD6E7" w14:textId="77777777" w:rsidR="001A075A" w:rsidRPr="001A075A" w:rsidRDefault="001A075A">
      <w:pPr>
        <w:rPr>
          <w:lang w:val="ru-RU"/>
        </w:rPr>
      </w:pPr>
    </w:p>
    <w:p w14:paraId="45812B66" w14:textId="5A3F193E" w:rsidR="002802C4" w:rsidRPr="001A075A" w:rsidRDefault="00000000">
      <w:pPr>
        <w:rPr>
          <w:lang w:val="ru-RU"/>
        </w:rPr>
      </w:pPr>
      <w:r w:rsidRPr="001A075A">
        <w:rPr>
          <w:lang w:val="ru-RU"/>
        </w:rPr>
        <w:t>1. ОБЩИЕ ПОЛОЖЕНИЯ</w:t>
      </w:r>
    </w:p>
    <w:p w14:paraId="2718AECB" w14:textId="2A532D38" w:rsidR="002802C4" w:rsidRPr="001A075A" w:rsidRDefault="00000000">
      <w:pPr>
        <w:rPr>
          <w:lang w:val="ru-RU"/>
        </w:rPr>
      </w:pPr>
      <w:r w:rsidRPr="001A075A">
        <w:rPr>
          <w:lang w:val="ru-RU"/>
        </w:rPr>
        <w:t>1.1. Использование Приложения означает согласие пользователя с условиями настоящего Соглашения.</w:t>
      </w:r>
    </w:p>
    <w:p w14:paraId="21D647D7" w14:textId="53FA73E4" w:rsidR="002802C4" w:rsidRPr="001A075A" w:rsidRDefault="00000000">
      <w:pPr>
        <w:rPr>
          <w:lang w:val="ru-RU"/>
        </w:rPr>
      </w:pPr>
      <w:r w:rsidRPr="001A075A">
        <w:rPr>
          <w:lang w:val="ru-RU"/>
        </w:rPr>
        <w:t>1.2. Приложение предназначено для просмотра ассортимента товаров, оформления заказов и взаимодействия с магазином.</w:t>
      </w:r>
    </w:p>
    <w:p w14:paraId="348ECA5D" w14:textId="77777777" w:rsidR="002802C4" w:rsidRPr="001A075A" w:rsidRDefault="00000000">
      <w:pPr>
        <w:rPr>
          <w:lang w:val="ru-RU"/>
        </w:rPr>
      </w:pPr>
      <w:r w:rsidRPr="001A075A">
        <w:rPr>
          <w:lang w:val="ru-RU"/>
        </w:rPr>
        <w:t>1.3. Приложение предназначено для пользователей старше 16 лет.</w:t>
      </w:r>
    </w:p>
    <w:p w14:paraId="64F621A8" w14:textId="77777777" w:rsidR="002802C4" w:rsidRPr="001A075A" w:rsidRDefault="002802C4">
      <w:pPr>
        <w:rPr>
          <w:lang w:val="ru-RU"/>
        </w:rPr>
      </w:pPr>
    </w:p>
    <w:p w14:paraId="3B1CEA0B" w14:textId="4A3CD4A9" w:rsidR="002802C4" w:rsidRPr="001A075A" w:rsidRDefault="00000000">
      <w:pPr>
        <w:rPr>
          <w:lang w:val="ru-RU"/>
        </w:rPr>
      </w:pPr>
      <w:r w:rsidRPr="001A075A">
        <w:rPr>
          <w:lang w:val="ru-RU"/>
        </w:rPr>
        <w:t>2. РЕГИСТРАЦИЯ</w:t>
      </w:r>
    </w:p>
    <w:p w14:paraId="6B4B683E" w14:textId="1AB72147" w:rsidR="002802C4" w:rsidRPr="001A075A" w:rsidRDefault="00000000">
      <w:pPr>
        <w:rPr>
          <w:lang w:val="ru-RU"/>
        </w:rPr>
      </w:pPr>
      <w:r w:rsidRPr="001A075A">
        <w:rPr>
          <w:lang w:val="ru-RU"/>
        </w:rPr>
        <w:t>2.1. Для использования части функционала требуется регистрация.</w:t>
      </w:r>
    </w:p>
    <w:p w14:paraId="43A77667" w14:textId="7E845803" w:rsidR="002802C4" w:rsidRPr="001A075A" w:rsidRDefault="00000000">
      <w:pPr>
        <w:rPr>
          <w:lang w:val="ru-RU"/>
        </w:rPr>
      </w:pPr>
      <w:r w:rsidRPr="001A075A">
        <w:rPr>
          <w:lang w:val="ru-RU"/>
        </w:rPr>
        <w:t>2.2. Пользователь обязуется предоставлять достоверную информацию.</w:t>
      </w:r>
    </w:p>
    <w:p w14:paraId="0A762AA2" w14:textId="77777777" w:rsidR="002802C4" w:rsidRPr="001A075A" w:rsidRDefault="00000000">
      <w:pPr>
        <w:rPr>
          <w:lang w:val="ru-RU"/>
        </w:rPr>
      </w:pPr>
      <w:r w:rsidRPr="001A075A">
        <w:rPr>
          <w:lang w:val="ru-RU"/>
        </w:rPr>
        <w:t>2.3. Пользователь несет ответственность за сохранность данных для входа.</w:t>
      </w:r>
    </w:p>
    <w:p w14:paraId="724E3AD3" w14:textId="77777777" w:rsidR="002802C4" w:rsidRPr="001A075A" w:rsidRDefault="002802C4">
      <w:pPr>
        <w:rPr>
          <w:lang w:val="ru-RU"/>
        </w:rPr>
      </w:pPr>
    </w:p>
    <w:p w14:paraId="60F7A903" w14:textId="36316646" w:rsidR="002802C4" w:rsidRPr="001A075A" w:rsidRDefault="00000000">
      <w:pPr>
        <w:rPr>
          <w:lang w:val="ru-RU"/>
        </w:rPr>
      </w:pPr>
      <w:r w:rsidRPr="001A075A">
        <w:rPr>
          <w:lang w:val="ru-RU"/>
        </w:rPr>
        <w:t>3. ОФОРМЛЕНИЕ ЗАКАЗОВ</w:t>
      </w:r>
    </w:p>
    <w:p w14:paraId="7C6887E5" w14:textId="202D5696" w:rsidR="002802C4" w:rsidRPr="001A075A" w:rsidRDefault="00000000">
      <w:pPr>
        <w:rPr>
          <w:lang w:val="ru-RU"/>
        </w:rPr>
      </w:pPr>
      <w:r w:rsidRPr="001A075A">
        <w:rPr>
          <w:lang w:val="ru-RU"/>
        </w:rPr>
        <w:t>3.1. Пользователь может добавлять товары в корзину и оформлять заказ.</w:t>
      </w:r>
    </w:p>
    <w:p w14:paraId="513244A4" w14:textId="77777777" w:rsidR="002802C4" w:rsidRPr="001A075A" w:rsidRDefault="00000000">
      <w:pPr>
        <w:rPr>
          <w:lang w:val="ru-RU"/>
        </w:rPr>
      </w:pPr>
      <w:r w:rsidRPr="001A075A">
        <w:rPr>
          <w:lang w:val="ru-RU"/>
        </w:rPr>
        <w:t>3.2. Для оформления заказа пользователь предоставляет:</w:t>
      </w:r>
    </w:p>
    <w:p w14:paraId="1080295D" w14:textId="77777777" w:rsidR="002802C4" w:rsidRPr="001A075A" w:rsidRDefault="00000000">
      <w:pPr>
        <w:rPr>
          <w:lang w:val="ru-RU"/>
        </w:rPr>
      </w:pPr>
      <w:r w:rsidRPr="001A075A">
        <w:rPr>
          <w:lang w:val="ru-RU"/>
        </w:rPr>
        <w:t>— ФИО;</w:t>
      </w:r>
    </w:p>
    <w:p w14:paraId="1FBF89D6" w14:textId="77777777" w:rsidR="002802C4" w:rsidRPr="001A075A" w:rsidRDefault="00000000">
      <w:pPr>
        <w:rPr>
          <w:lang w:val="ru-RU"/>
        </w:rPr>
      </w:pPr>
      <w:r w:rsidRPr="001A075A">
        <w:rPr>
          <w:lang w:val="ru-RU"/>
        </w:rPr>
        <w:t>— адрес доставки;</w:t>
      </w:r>
    </w:p>
    <w:p w14:paraId="1217A14D" w14:textId="77777777" w:rsidR="002802C4" w:rsidRPr="001A075A" w:rsidRDefault="00000000">
      <w:pPr>
        <w:rPr>
          <w:lang w:val="ru-RU"/>
        </w:rPr>
      </w:pPr>
      <w:r w:rsidRPr="001A075A">
        <w:rPr>
          <w:lang w:val="ru-RU"/>
        </w:rPr>
        <w:t>— контактные данные;</w:t>
      </w:r>
    </w:p>
    <w:p w14:paraId="2F93B02F" w14:textId="77777777" w:rsidR="002802C4" w:rsidRPr="001A075A" w:rsidRDefault="00000000">
      <w:pPr>
        <w:rPr>
          <w:lang w:val="ru-RU"/>
        </w:rPr>
      </w:pPr>
      <w:r w:rsidRPr="001A075A">
        <w:rPr>
          <w:lang w:val="ru-RU"/>
        </w:rPr>
        <w:t>— способ оплаты.</w:t>
      </w:r>
    </w:p>
    <w:p w14:paraId="4FDAD12B" w14:textId="77777777" w:rsidR="002802C4" w:rsidRPr="001A075A" w:rsidRDefault="002802C4">
      <w:pPr>
        <w:rPr>
          <w:lang w:val="ru-RU"/>
        </w:rPr>
      </w:pPr>
    </w:p>
    <w:p w14:paraId="7AABCC10" w14:textId="065F7317" w:rsidR="002802C4" w:rsidRPr="001A075A" w:rsidRDefault="00000000">
      <w:pPr>
        <w:rPr>
          <w:lang w:val="ru-RU"/>
        </w:rPr>
      </w:pPr>
      <w:r w:rsidRPr="001A075A">
        <w:rPr>
          <w:lang w:val="ru-RU"/>
        </w:rPr>
        <w:t>3.3. Онлайн-оплата через Приложение не осуществляется.</w:t>
      </w:r>
    </w:p>
    <w:p w14:paraId="147C374A" w14:textId="16CEEE7C" w:rsidR="002802C4" w:rsidRPr="001A075A" w:rsidRDefault="00000000">
      <w:pPr>
        <w:rPr>
          <w:lang w:val="ru-RU"/>
        </w:rPr>
      </w:pPr>
      <w:r w:rsidRPr="001A075A">
        <w:rPr>
          <w:lang w:val="ru-RU"/>
        </w:rPr>
        <w:lastRenderedPageBreak/>
        <w:t>4. УВЕДОМЛЕНИЯ</w:t>
      </w:r>
    </w:p>
    <w:p w14:paraId="7C61D850" w14:textId="77777777" w:rsidR="002802C4" w:rsidRPr="001A075A" w:rsidRDefault="00000000">
      <w:pPr>
        <w:rPr>
          <w:lang w:val="ru-RU"/>
        </w:rPr>
      </w:pPr>
      <w:r w:rsidRPr="001A075A">
        <w:rPr>
          <w:lang w:val="ru-RU"/>
        </w:rPr>
        <w:t xml:space="preserve">Пользователь соглашается на получение </w:t>
      </w:r>
      <w:r>
        <w:t>push</w:t>
      </w:r>
      <w:r w:rsidRPr="001A075A">
        <w:rPr>
          <w:lang w:val="ru-RU"/>
        </w:rPr>
        <w:t>-уведомлений о статусе заказов и сервисных уведомлений.</w:t>
      </w:r>
    </w:p>
    <w:p w14:paraId="50B46B60" w14:textId="77777777" w:rsidR="002802C4" w:rsidRPr="001A075A" w:rsidRDefault="002802C4">
      <w:pPr>
        <w:rPr>
          <w:lang w:val="ru-RU"/>
        </w:rPr>
      </w:pPr>
    </w:p>
    <w:p w14:paraId="63881991" w14:textId="1B9FB635" w:rsidR="002802C4" w:rsidRPr="001A075A" w:rsidRDefault="00000000">
      <w:pPr>
        <w:rPr>
          <w:lang w:val="ru-RU"/>
        </w:rPr>
      </w:pPr>
      <w:r w:rsidRPr="001A075A">
        <w:rPr>
          <w:lang w:val="ru-RU"/>
        </w:rPr>
        <w:t>5. ПРАВА И ОБЯЗАННОСТИ</w:t>
      </w:r>
    </w:p>
    <w:p w14:paraId="7749B50D" w14:textId="77777777" w:rsidR="002802C4" w:rsidRPr="001A075A" w:rsidRDefault="00000000">
      <w:pPr>
        <w:rPr>
          <w:lang w:val="ru-RU"/>
        </w:rPr>
      </w:pPr>
      <w:r w:rsidRPr="001A075A">
        <w:rPr>
          <w:lang w:val="ru-RU"/>
        </w:rPr>
        <w:t>Пользователь обязуется:</w:t>
      </w:r>
    </w:p>
    <w:p w14:paraId="61B3AAB5" w14:textId="77777777" w:rsidR="002802C4" w:rsidRPr="001A075A" w:rsidRDefault="00000000">
      <w:pPr>
        <w:rPr>
          <w:lang w:val="ru-RU"/>
        </w:rPr>
      </w:pPr>
      <w:r w:rsidRPr="001A075A">
        <w:rPr>
          <w:lang w:val="ru-RU"/>
        </w:rPr>
        <w:t>— не нарушать законодательство РФ;</w:t>
      </w:r>
    </w:p>
    <w:p w14:paraId="44A8CCAD" w14:textId="77777777" w:rsidR="002802C4" w:rsidRPr="001A075A" w:rsidRDefault="00000000">
      <w:pPr>
        <w:rPr>
          <w:lang w:val="ru-RU"/>
        </w:rPr>
      </w:pPr>
      <w:r w:rsidRPr="001A075A">
        <w:rPr>
          <w:lang w:val="ru-RU"/>
        </w:rPr>
        <w:t>— не использовать Приложение в противоправных целях;</w:t>
      </w:r>
    </w:p>
    <w:p w14:paraId="1AC0EA68" w14:textId="77777777" w:rsidR="002802C4" w:rsidRPr="001A075A" w:rsidRDefault="00000000">
      <w:pPr>
        <w:rPr>
          <w:lang w:val="ru-RU"/>
        </w:rPr>
      </w:pPr>
      <w:r w:rsidRPr="001A075A">
        <w:rPr>
          <w:lang w:val="ru-RU"/>
        </w:rPr>
        <w:t>— не предпринимать попыток нарушения работы Приложения.</w:t>
      </w:r>
    </w:p>
    <w:p w14:paraId="75ED5E49" w14:textId="77777777" w:rsidR="002802C4" w:rsidRPr="001A075A" w:rsidRDefault="002802C4">
      <w:pPr>
        <w:rPr>
          <w:lang w:val="ru-RU"/>
        </w:rPr>
      </w:pPr>
    </w:p>
    <w:p w14:paraId="77CF6DEB" w14:textId="591DDAB5" w:rsidR="002802C4" w:rsidRPr="001A075A" w:rsidRDefault="00000000">
      <w:pPr>
        <w:rPr>
          <w:lang w:val="ru-RU"/>
        </w:rPr>
      </w:pPr>
      <w:r w:rsidRPr="001A075A">
        <w:rPr>
          <w:lang w:val="ru-RU"/>
        </w:rPr>
        <w:t>6. ОГРАНИЧЕНИЕ ОТВЕТСТВЕННОСТИ</w:t>
      </w:r>
    </w:p>
    <w:p w14:paraId="2D2BFD4F" w14:textId="695C2838" w:rsidR="002802C4" w:rsidRPr="001A075A" w:rsidRDefault="00000000">
      <w:pPr>
        <w:rPr>
          <w:lang w:val="ru-RU"/>
        </w:rPr>
      </w:pPr>
      <w:r w:rsidRPr="001A075A">
        <w:rPr>
          <w:lang w:val="ru-RU"/>
        </w:rPr>
        <w:t>6.1. Приложение предоставляется «как есть».</w:t>
      </w:r>
    </w:p>
    <w:p w14:paraId="4D0888CB" w14:textId="0F7FDDB7" w:rsidR="002802C4" w:rsidRPr="001A075A" w:rsidRDefault="00000000">
      <w:pPr>
        <w:rPr>
          <w:lang w:val="ru-RU"/>
        </w:rPr>
      </w:pPr>
      <w:r w:rsidRPr="001A075A">
        <w:rPr>
          <w:lang w:val="ru-RU"/>
        </w:rPr>
        <w:t>6.2. Оператор не гарантирует бесперебойную работу Приложения.</w:t>
      </w:r>
    </w:p>
    <w:p w14:paraId="5B74B42D" w14:textId="77777777" w:rsidR="002802C4" w:rsidRPr="001A075A" w:rsidRDefault="00000000">
      <w:pPr>
        <w:rPr>
          <w:lang w:val="ru-RU"/>
        </w:rPr>
      </w:pPr>
      <w:r w:rsidRPr="001A075A">
        <w:rPr>
          <w:lang w:val="ru-RU"/>
        </w:rPr>
        <w:t>6.3. Оператор не несет ответственности за временные технические сбои.</w:t>
      </w:r>
    </w:p>
    <w:p w14:paraId="273119C9" w14:textId="77777777" w:rsidR="002802C4" w:rsidRPr="001A075A" w:rsidRDefault="002802C4">
      <w:pPr>
        <w:rPr>
          <w:lang w:val="ru-RU"/>
        </w:rPr>
      </w:pPr>
    </w:p>
    <w:p w14:paraId="03EF6161" w14:textId="37696223" w:rsidR="002802C4" w:rsidRPr="001A075A" w:rsidRDefault="00000000">
      <w:pPr>
        <w:rPr>
          <w:lang w:val="ru-RU"/>
        </w:rPr>
      </w:pPr>
      <w:r w:rsidRPr="001A075A">
        <w:rPr>
          <w:lang w:val="ru-RU"/>
        </w:rPr>
        <w:t>7. УДАЛЕНИЕ АККАУНТА</w:t>
      </w:r>
    </w:p>
    <w:p w14:paraId="2CF5D0A4" w14:textId="0ED83231" w:rsidR="002802C4" w:rsidRPr="001A075A" w:rsidRDefault="00000000">
      <w:pPr>
        <w:rPr>
          <w:lang w:val="ru-RU"/>
        </w:rPr>
      </w:pPr>
      <w:r w:rsidRPr="001A075A">
        <w:rPr>
          <w:lang w:val="ru-RU"/>
        </w:rPr>
        <w:t>Пользователь вправе удалить свой аккаунт через функционал Приложения или направив запрос на:</w:t>
      </w:r>
      <w:r w:rsidR="001A075A">
        <w:rPr>
          <w:lang w:val="ru-RU"/>
        </w:rPr>
        <w:t xml:space="preserve"> </w:t>
      </w:r>
      <w:proofErr w:type="spellStart"/>
      <w:r>
        <w:t>DisantiPro</w:t>
      </w:r>
      <w:proofErr w:type="spellEnd"/>
      <w:r w:rsidRPr="001A075A">
        <w:rPr>
          <w:lang w:val="ru-RU"/>
        </w:rPr>
        <w:t>@</w:t>
      </w:r>
      <w:proofErr w:type="spellStart"/>
      <w:r>
        <w:t>yandex</w:t>
      </w:r>
      <w:proofErr w:type="spellEnd"/>
      <w:r w:rsidRPr="001A075A">
        <w:rPr>
          <w:lang w:val="ru-RU"/>
        </w:rPr>
        <w:t>.</w:t>
      </w:r>
      <w:proofErr w:type="spellStart"/>
      <w:r>
        <w:t>ru</w:t>
      </w:r>
      <w:proofErr w:type="spellEnd"/>
    </w:p>
    <w:p w14:paraId="6D51E97C" w14:textId="77777777" w:rsidR="002802C4" w:rsidRPr="001A075A" w:rsidRDefault="002802C4">
      <w:pPr>
        <w:rPr>
          <w:lang w:val="ru-RU"/>
        </w:rPr>
      </w:pPr>
    </w:p>
    <w:p w14:paraId="47F77DF8" w14:textId="170A2DF0" w:rsidR="002802C4" w:rsidRPr="001A075A" w:rsidRDefault="00000000">
      <w:pPr>
        <w:rPr>
          <w:lang w:val="ru-RU"/>
        </w:rPr>
      </w:pPr>
      <w:r w:rsidRPr="001A075A">
        <w:rPr>
          <w:lang w:val="ru-RU"/>
        </w:rPr>
        <w:t>8. ИЗМЕНЕНИЕ СОГЛАШЕНИЯ</w:t>
      </w:r>
    </w:p>
    <w:p w14:paraId="7CA870D3" w14:textId="77777777" w:rsidR="002802C4" w:rsidRPr="001A075A" w:rsidRDefault="00000000">
      <w:pPr>
        <w:rPr>
          <w:lang w:val="ru-RU"/>
        </w:rPr>
      </w:pPr>
      <w:r w:rsidRPr="001A075A">
        <w:rPr>
          <w:lang w:val="ru-RU"/>
        </w:rPr>
        <w:t>Оператор вправе изменять настоящее Соглашение без предварительного уведомления.</w:t>
      </w:r>
    </w:p>
    <w:p w14:paraId="64FD57C5" w14:textId="77777777" w:rsidR="002802C4" w:rsidRPr="001A075A" w:rsidRDefault="002802C4">
      <w:pPr>
        <w:rPr>
          <w:lang w:val="ru-RU"/>
        </w:rPr>
      </w:pPr>
    </w:p>
    <w:p w14:paraId="030F5ED1" w14:textId="7C910323" w:rsidR="002802C4" w:rsidRPr="001A075A" w:rsidRDefault="00000000">
      <w:pPr>
        <w:rPr>
          <w:lang w:val="ru-RU"/>
        </w:rPr>
      </w:pPr>
      <w:r>
        <w:t>9. КОНТАКТЫ</w:t>
      </w:r>
    </w:p>
    <w:p w14:paraId="7FB52601" w14:textId="77777777" w:rsidR="002802C4" w:rsidRDefault="00000000">
      <w:r>
        <w:t>Email: DisantiPro@yandex.ru</w:t>
      </w:r>
    </w:p>
    <w:p w14:paraId="637FE967" w14:textId="77777777" w:rsidR="002802C4" w:rsidRDefault="002802C4"/>
    <w:p w14:paraId="3D29FA8C" w14:textId="77777777" w:rsidR="002802C4" w:rsidRDefault="002802C4"/>
    <w:p w14:paraId="0E7D9671" w14:textId="77777777" w:rsidR="002802C4" w:rsidRDefault="002802C4"/>
    <w:p w14:paraId="03012EC4" w14:textId="77777777" w:rsidR="002802C4" w:rsidRDefault="00000000">
      <w:r>
        <w:t>TERMS OF USE</w:t>
      </w:r>
    </w:p>
    <w:p w14:paraId="5F6BD424" w14:textId="77777777" w:rsidR="002802C4" w:rsidRDefault="002802C4"/>
    <w:p w14:paraId="46B65919" w14:textId="77777777" w:rsidR="002802C4" w:rsidRDefault="00000000">
      <w:r>
        <w:t>These Terms of Use regulate the use of the mobile application (the “Application”) owned by Individual Entrepreneur Denis Vitalievich Burakov.</w:t>
      </w:r>
    </w:p>
    <w:p w14:paraId="5C84F3C4" w14:textId="77777777" w:rsidR="002802C4" w:rsidRDefault="002802C4"/>
    <w:p w14:paraId="5662DAA4" w14:textId="62324355" w:rsidR="002802C4" w:rsidRPr="001A075A" w:rsidRDefault="00000000">
      <w:pPr>
        <w:rPr>
          <w:lang w:val="ru-RU"/>
        </w:rPr>
      </w:pPr>
      <w:r>
        <w:t>1. GENERAL PROVISIONS</w:t>
      </w:r>
    </w:p>
    <w:p w14:paraId="7D18FF05" w14:textId="3D4E0A31" w:rsidR="002802C4" w:rsidRPr="001A075A" w:rsidRDefault="00000000">
      <w:pPr>
        <w:rPr>
          <w:lang w:val="ru-RU"/>
        </w:rPr>
      </w:pPr>
      <w:r>
        <w:t>1.1. By using the Application, the user agrees to these Terms.</w:t>
      </w:r>
    </w:p>
    <w:p w14:paraId="6558E09E" w14:textId="75E9CC5E" w:rsidR="002802C4" w:rsidRPr="001A075A" w:rsidRDefault="00000000">
      <w:r>
        <w:t>1.2. The Application is intended for browsing products, placing orders, and communicating with the store.</w:t>
      </w:r>
    </w:p>
    <w:p w14:paraId="1DADED02" w14:textId="77777777" w:rsidR="002802C4" w:rsidRDefault="00000000">
      <w:r>
        <w:t>1.3. The Application is intended for users aged 16 and older.</w:t>
      </w:r>
    </w:p>
    <w:p w14:paraId="346A36E0" w14:textId="77777777" w:rsidR="002802C4" w:rsidRDefault="002802C4"/>
    <w:p w14:paraId="38758768" w14:textId="255238CC" w:rsidR="002802C4" w:rsidRPr="001A075A" w:rsidRDefault="00000000">
      <w:pPr>
        <w:rPr>
          <w:lang w:val="ru-RU"/>
        </w:rPr>
      </w:pPr>
      <w:r>
        <w:t>2. REGISTRATION</w:t>
      </w:r>
    </w:p>
    <w:p w14:paraId="7C63F445" w14:textId="5E59AD52" w:rsidR="002802C4" w:rsidRPr="001A075A" w:rsidRDefault="00000000">
      <w:pPr>
        <w:rPr>
          <w:lang w:val="ru-RU"/>
        </w:rPr>
      </w:pPr>
      <w:r>
        <w:t>2.1. Registration is required to access certain features.</w:t>
      </w:r>
    </w:p>
    <w:p w14:paraId="6AC6FB7D" w14:textId="315AFA02" w:rsidR="002802C4" w:rsidRPr="001A075A" w:rsidRDefault="00000000">
      <w:pPr>
        <w:rPr>
          <w:lang w:val="ru-RU"/>
        </w:rPr>
      </w:pPr>
      <w:r>
        <w:t>2.2. Users agree to provide accurate information.</w:t>
      </w:r>
    </w:p>
    <w:p w14:paraId="6EAAC838" w14:textId="77777777" w:rsidR="002802C4" w:rsidRDefault="00000000">
      <w:r>
        <w:t>2.3. Users are responsible for maintaining the confidentiality of login credentials.</w:t>
      </w:r>
    </w:p>
    <w:p w14:paraId="28CFF612" w14:textId="77777777" w:rsidR="002802C4" w:rsidRDefault="002802C4"/>
    <w:p w14:paraId="58648B77" w14:textId="0A35E2B1" w:rsidR="002802C4" w:rsidRPr="001A075A" w:rsidRDefault="00000000">
      <w:pPr>
        <w:rPr>
          <w:lang w:val="ru-RU"/>
        </w:rPr>
      </w:pPr>
      <w:r>
        <w:t>3. ORDERS</w:t>
      </w:r>
    </w:p>
    <w:p w14:paraId="5D8ACE7F" w14:textId="50464A1C" w:rsidR="002802C4" w:rsidRPr="001A075A" w:rsidRDefault="00000000">
      <w:pPr>
        <w:rPr>
          <w:lang w:val="ru-RU"/>
        </w:rPr>
      </w:pPr>
      <w:r>
        <w:t>3.1. Users may add products to a cart and place orders.</w:t>
      </w:r>
    </w:p>
    <w:p w14:paraId="3120D20D" w14:textId="77777777" w:rsidR="002802C4" w:rsidRDefault="00000000">
      <w:r>
        <w:t>3.2. To place an order, users provide:</w:t>
      </w:r>
    </w:p>
    <w:p w14:paraId="5327167C" w14:textId="77777777" w:rsidR="002802C4" w:rsidRDefault="00000000">
      <w:r>
        <w:t>— full name;</w:t>
      </w:r>
    </w:p>
    <w:p w14:paraId="1D96841E" w14:textId="77777777" w:rsidR="002802C4" w:rsidRDefault="00000000">
      <w:r>
        <w:t>— delivery address;</w:t>
      </w:r>
    </w:p>
    <w:p w14:paraId="32572A0C" w14:textId="77777777" w:rsidR="002802C4" w:rsidRDefault="00000000">
      <w:r>
        <w:t>— contact details;</w:t>
      </w:r>
    </w:p>
    <w:p w14:paraId="54F4DC35" w14:textId="77777777" w:rsidR="002802C4" w:rsidRDefault="00000000">
      <w:r>
        <w:t>— payment method.</w:t>
      </w:r>
    </w:p>
    <w:p w14:paraId="50B0D2E4" w14:textId="77777777" w:rsidR="002802C4" w:rsidRDefault="002802C4"/>
    <w:p w14:paraId="2A97556A" w14:textId="77777777" w:rsidR="002802C4" w:rsidRDefault="00000000">
      <w:r>
        <w:t>3.3. No online payments are processed through the Application.</w:t>
      </w:r>
    </w:p>
    <w:p w14:paraId="0AB47C28" w14:textId="77777777" w:rsidR="002802C4" w:rsidRDefault="002802C4"/>
    <w:p w14:paraId="645C8F30" w14:textId="3395FBA6" w:rsidR="002802C4" w:rsidRPr="001A075A" w:rsidRDefault="00000000">
      <w:pPr>
        <w:rPr>
          <w:lang w:val="ru-RU"/>
        </w:rPr>
      </w:pPr>
      <w:r>
        <w:lastRenderedPageBreak/>
        <w:t>4. NOTIFICATIONS</w:t>
      </w:r>
    </w:p>
    <w:p w14:paraId="4DEE0C83" w14:textId="77777777" w:rsidR="002802C4" w:rsidRDefault="00000000">
      <w:r>
        <w:t>Users agree to receive push notifications regarding order status and service notifications.</w:t>
      </w:r>
    </w:p>
    <w:p w14:paraId="4062E2E5" w14:textId="77777777" w:rsidR="002802C4" w:rsidRDefault="002802C4"/>
    <w:p w14:paraId="25A33184" w14:textId="1BE3E33A" w:rsidR="002802C4" w:rsidRPr="001A075A" w:rsidRDefault="00000000">
      <w:pPr>
        <w:rPr>
          <w:lang w:val="ru-RU"/>
        </w:rPr>
      </w:pPr>
      <w:r>
        <w:t>5. USER OBLIGATIONS</w:t>
      </w:r>
    </w:p>
    <w:p w14:paraId="00AF4FC7" w14:textId="77777777" w:rsidR="002802C4" w:rsidRDefault="00000000">
      <w:r>
        <w:t>Users agree:</w:t>
      </w:r>
    </w:p>
    <w:p w14:paraId="609428F5" w14:textId="77777777" w:rsidR="002802C4" w:rsidRDefault="00000000">
      <w:r>
        <w:t>— to comply with Russian law;</w:t>
      </w:r>
    </w:p>
    <w:p w14:paraId="2EF42A87" w14:textId="77777777" w:rsidR="002802C4" w:rsidRDefault="00000000">
      <w:r>
        <w:t>— not to misuse the Application;</w:t>
      </w:r>
    </w:p>
    <w:p w14:paraId="68105515" w14:textId="77777777" w:rsidR="002802C4" w:rsidRDefault="00000000">
      <w:r>
        <w:t>— not to interfere with the Application’s operation.</w:t>
      </w:r>
    </w:p>
    <w:p w14:paraId="559CF0E0" w14:textId="77777777" w:rsidR="002802C4" w:rsidRDefault="002802C4"/>
    <w:p w14:paraId="077DF927" w14:textId="1090EC55" w:rsidR="002802C4" w:rsidRPr="001A075A" w:rsidRDefault="00000000">
      <w:pPr>
        <w:rPr>
          <w:lang w:val="ru-RU"/>
        </w:rPr>
      </w:pPr>
      <w:r>
        <w:t>6. LIMITATION OF LIABILITY</w:t>
      </w:r>
    </w:p>
    <w:p w14:paraId="5A5021FA" w14:textId="22C73E90" w:rsidR="002802C4" w:rsidRPr="001A075A" w:rsidRDefault="00000000">
      <w:pPr>
        <w:rPr>
          <w:lang w:val="ru-RU"/>
        </w:rPr>
      </w:pPr>
      <w:r>
        <w:t>6.1. The Application is provided “as is”.</w:t>
      </w:r>
    </w:p>
    <w:p w14:paraId="26D7540C" w14:textId="50B7F14E" w:rsidR="002802C4" w:rsidRPr="001A075A" w:rsidRDefault="00000000">
      <w:pPr>
        <w:rPr>
          <w:lang w:val="ru-RU"/>
        </w:rPr>
      </w:pPr>
      <w:r>
        <w:t>6.2. The operator does not guarantee uninterrupted operation.</w:t>
      </w:r>
    </w:p>
    <w:p w14:paraId="2DC01478" w14:textId="77777777" w:rsidR="002802C4" w:rsidRDefault="00000000">
      <w:r>
        <w:t>6.3. The operator is not liable for temporary technical failures.</w:t>
      </w:r>
    </w:p>
    <w:p w14:paraId="3CDE1DB4" w14:textId="77777777" w:rsidR="002802C4" w:rsidRDefault="002802C4"/>
    <w:p w14:paraId="4B7C0BCB" w14:textId="3BB112C1" w:rsidR="002802C4" w:rsidRPr="001A075A" w:rsidRDefault="00000000">
      <w:pPr>
        <w:rPr>
          <w:lang w:val="ru-RU"/>
        </w:rPr>
      </w:pPr>
      <w:r>
        <w:t>7. ACCOUNT DELETION</w:t>
      </w:r>
    </w:p>
    <w:p w14:paraId="70DD4E53" w14:textId="77777777" w:rsidR="002802C4" w:rsidRDefault="00000000">
      <w:r>
        <w:t>Users may delete their account through the Application or by contacting:</w:t>
      </w:r>
    </w:p>
    <w:p w14:paraId="7512AF59" w14:textId="77777777" w:rsidR="002802C4" w:rsidRDefault="00000000">
      <w:r>
        <w:t>DisantiPro@yandex.ru</w:t>
      </w:r>
    </w:p>
    <w:p w14:paraId="68DDEA6E" w14:textId="77777777" w:rsidR="002802C4" w:rsidRDefault="002802C4"/>
    <w:p w14:paraId="1701E500" w14:textId="132952A7" w:rsidR="002802C4" w:rsidRPr="001A075A" w:rsidRDefault="00000000">
      <w:pPr>
        <w:rPr>
          <w:lang w:val="ru-RU"/>
        </w:rPr>
      </w:pPr>
      <w:r>
        <w:t>8. CHANGES TO TERMS</w:t>
      </w:r>
    </w:p>
    <w:p w14:paraId="3EBAFF9A" w14:textId="77777777" w:rsidR="002802C4" w:rsidRDefault="00000000">
      <w:r>
        <w:t>The operator may modify these Terms without prior notice.</w:t>
      </w:r>
    </w:p>
    <w:p w14:paraId="26EC7F2E" w14:textId="77777777" w:rsidR="002802C4" w:rsidRDefault="002802C4"/>
    <w:p w14:paraId="44CA6B62" w14:textId="335490A8" w:rsidR="002802C4" w:rsidRPr="001A075A" w:rsidRDefault="00000000">
      <w:pPr>
        <w:rPr>
          <w:lang w:val="ru-RU"/>
        </w:rPr>
      </w:pPr>
      <w:r>
        <w:t>9. CONTACTS</w:t>
      </w:r>
    </w:p>
    <w:p w14:paraId="248677E1" w14:textId="77777777" w:rsidR="002802C4" w:rsidRDefault="00000000">
      <w:r>
        <w:t>Email: DisantiPro@yandex.ru</w:t>
      </w:r>
    </w:p>
    <w:sectPr w:rsidR="002802C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8570289">
    <w:abstractNumId w:val="8"/>
  </w:num>
  <w:num w:numId="2" w16cid:durableId="1162549656">
    <w:abstractNumId w:val="6"/>
  </w:num>
  <w:num w:numId="3" w16cid:durableId="1173034087">
    <w:abstractNumId w:val="5"/>
  </w:num>
  <w:num w:numId="4" w16cid:durableId="343094990">
    <w:abstractNumId w:val="4"/>
  </w:num>
  <w:num w:numId="5" w16cid:durableId="1039864179">
    <w:abstractNumId w:val="7"/>
  </w:num>
  <w:num w:numId="6" w16cid:durableId="2071418368">
    <w:abstractNumId w:val="3"/>
  </w:num>
  <w:num w:numId="7" w16cid:durableId="1660159575">
    <w:abstractNumId w:val="2"/>
  </w:num>
  <w:num w:numId="8" w16cid:durableId="1354111737">
    <w:abstractNumId w:val="1"/>
  </w:num>
  <w:num w:numId="9" w16cid:durableId="412362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075A"/>
    <w:rsid w:val="002802C4"/>
    <w:rsid w:val="0029639D"/>
    <w:rsid w:val="00326F90"/>
    <w:rsid w:val="006B202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2257F7"/>
  <w14:defaultImageDpi w14:val="300"/>
  <w15:docId w15:val="{97BDEDD5-30B6-0440-ADC0-244C754F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Marina Gering</cp:lastModifiedBy>
  <cp:revision>2</cp:revision>
  <dcterms:created xsi:type="dcterms:W3CDTF">2026-05-27T09:34:00Z</dcterms:created>
  <dcterms:modified xsi:type="dcterms:W3CDTF">2026-05-27T09:34:00Z</dcterms:modified>
  <cp:category/>
</cp:coreProperties>
</file>